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Reporte de visita La Chorrera</w:t>
      </w:r>
    </w:p>
    <w:p>
      <w:pPr>
        <w:spacing w:after="280"/>
      </w:pPr>
      <w:r>
        <w:rPr>
          <w:color w:val="464646"/>
        </w:rPr>
        <w:t>Expediente ficticio de auditoría operativa de sucursales</w:t>
      </w:r>
    </w:p>
    <w:p>
      <w:r>
        <w:t>Este reporte registra observaciones de una visita operativa. Debe analizarse junto con los demás archivos de la carpeta; una afirmación aislada no resuelve contradicciones ni datos faltantes.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Campo</w:t>
            </w:r>
          </w:p>
        </w:tc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Registro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Código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AS-003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Fecha de visita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14 de septiembre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Responsable de sucursal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Elena Castillo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Versión del checklist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CT-04 vigente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Equipo verificado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Comprobador T-15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Calibración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Vigente hasta el 10 de enero de 2027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Resumen del encargado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La jornada cerró sin incidentes técnicos.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Registro técnico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Se detectó polaridad invertida durante una instalación. Se corrigió antes de entregar el vehículo.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Compromiso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Realizar un repaso del procedimiento de conexión.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Dueño del compromiso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Jefatura técnica regional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Fecha compromiso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No registrada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Firma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Elena Castillo</w:t>
            </w:r>
          </w:p>
        </w:tc>
      </w:tr>
    </w:tbl>
    <w:p>
      <w:pPr>
        <w:pStyle w:val="Heading1"/>
      </w:pPr>
      <w:r>
        <w:t>Reglas de revisión</w:t>
      </w:r>
    </w:p>
    <w:p>
      <w:pPr>
        <w:pStyle w:val="ListBullet"/>
      </w:pPr>
      <w:r>
        <w:t>El checklist vigente es CT-04.</w:t>
      </w:r>
    </w:p>
    <w:p>
      <w:pPr>
        <w:pStyle w:val="ListBullet"/>
      </w:pPr>
      <w:r>
        <w:t>Todo equipo de diagnóstico debe tener calibración vigente.</w:t>
      </w:r>
    </w:p>
    <w:p>
      <w:pPr>
        <w:pStyle w:val="ListBullet"/>
      </w:pPr>
      <w:r>
        <w:t>Cada compromiso requiere dueño y fecha.</w:t>
      </w:r>
    </w:p>
    <w:p>
      <w:pPr>
        <w:pStyle w:val="ListBullet"/>
      </w:pPr>
      <w:r>
        <w:t>Cada reporte requiere firma y la evidencia citada debe estar disponible.</w:t>
      </w:r>
    </w:p>
    <w:p>
      <w:pPr>
        <w:pStyle w:val="ListBullet"/>
      </w:pPr>
      <w:r>
        <w:t>Una contradicción debe escalarse; no se corrige por inferencia.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visita La Chorrera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