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top w:val="nil"/>
          <w:left w:val="nil"/>
          <w:bottom w:val="nil"/>
          <w:right w:val="nil"/>
          <w:between w:val="nil"/>
        </w:pBdr>
        <w:spacing w:after="80"/>
      </w:pPr>
      <w:r>
        <w:t>Reporte de visita Tocumen</w:t>
      </w:r>
    </w:p>
    <w:p>
      <w:pPr>
        <w:spacing w:after="280"/>
      </w:pPr>
      <w:r>
        <w:rPr>
          <w:color w:val="464646"/>
        </w:rPr>
        <w:t>Expediente ficticio de auditoría operativa de sucursales</w:t>
      </w:r>
    </w:p>
    <w:p>
      <w:r>
        <w:t>Este reporte registra observaciones de una visita operativa. Debe analizarse junto con los demás archivos de la carpeta; una afirmación aislada no resuelve contradicciones ni datos faltantes.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c>
          <w:tcPr>
            <w:tcW w:type="dxa" w:w="4968"/>
            <w:shd w:fill="0055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Campo</w:t>
            </w:r>
          </w:p>
        </w:tc>
        <w:tc>
          <w:tcPr>
            <w:tcW w:type="dxa" w:w="4968"/>
            <w:shd w:fill="0055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</w:rPr>
              <w:t>Registro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Código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AS-002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Fecha de visita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13 de septiembre de 2026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Responsable de sucursal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Carlos Méndez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Versión del checklist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CT-04 vigente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Equipo verificado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Comprobador T-12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Calibración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Vigente hasta el 15 de diciembre de 2026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Hallazgo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El material de mostrador todavía corresponde a la campaña de 2025.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Compromiso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Solicitar y colocar material actualizado antes del 20 de septiembre de 2026.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Dueño del compromiso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Carla Rodríguez</w:t>
            </w:r>
          </w:p>
        </w:tc>
      </w:tr>
      <w:tr>
        <w:tc>
          <w:tcPr>
            <w:tcW w:type="dxa" w:w="2880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Evidencia citada</w:t>
            </w:r>
          </w:p>
        </w:tc>
        <w:tc>
          <w:tcPr>
            <w:tcW w:type="dxa" w:w="6912"/>
            <w:shd w:fill="F2F6F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Fotografía POP-TC-2025 incorporada en el reporte</w:t>
            </w:r>
          </w:p>
        </w:tc>
      </w:tr>
      <w:tr>
        <w:tc>
          <w:tcPr>
            <w:tcW w:type="dxa" w:w="288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Firma</w:t>
            </w:r>
          </w:p>
        </w:tc>
        <w:tc>
          <w:tcPr>
            <w:tcW w:type="dxa" w:w="6912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Carlos Méndez</w:t>
            </w:r>
          </w:p>
        </w:tc>
      </w:tr>
    </w:tbl>
    <w:p>
      <w:pPr>
        <w:pStyle w:val="Heading1"/>
      </w:pPr>
      <w:r>
        <w:t>Reglas de revisión</w:t>
      </w:r>
    </w:p>
    <w:p>
      <w:pPr>
        <w:pStyle w:val="ListBullet"/>
      </w:pPr>
      <w:r>
        <w:t>El checklist vigente es CT-04.</w:t>
      </w:r>
    </w:p>
    <w:p>
      <w:pPr>
        <w:pStyle w:val="ListBullet"/>
      </w:pPr>
      <w:r>
        <w:t>Todo equipo de diagnóstico debe tener calibración vigente.</w:t>
      </w:r>
    </w:p>
    <w:p>
      <w:pPr>
        <w:pStyle w:val="ListBullet"/>
      </w:pPr>
      <w:r>
        <w:t>Cada compromiso requiere dueño y fecha.</w:t>
      </w:r>
    </w:p>
    <w:p>
      <w:pPr>
        <w:pStyle w:val="ListBullet"/>
      </w:pPr>
      <w:r>
        <w:t>Cada reporte requiere firma y la evidencia citada debe estar disponible.</w:t>
      </w:r>
    </w:p>
    <w:p>
      <w:pPr>
        <w:pStyle w:val="ListBullet"/>
      </w:pPr>
      <w:r>
        <w:t>Una contradicción debe escalarse; no se corrige por inferencia.</w:t>
      </w:r>
    </w:p>
    <w:sectPr w:rsidR="00FC693F" w:rsidRPr="0006063C" w:rsidSect="00034616"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Reporte de visita Tocumen</dc:title>
  <dc:subject>Material ficticio para capacitación en IA aplicada</dc:subject>
  <dc:creator>Rizo.ma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