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pBdr>
        <w:spacing w:after="80"/>
      </w:pPr>
      <w:r>
        <w:t>Cinco reclamos de clientes</w:t>
      </w:r>
    </w:p>
    <w:p>
      <w:pPr>
        <w:spacing w:after="280"/>
      </w:pPr>
      <w:r>
        <w:rPr>
          <w:color w:val="464646"/>
        </w:rPr>
        <w:t>Material de práctica del taller. Reclamos ficticios, escritos como llegan de verdad: con el pedido por delante y el dato que decide a mitad de párrafo. Ninguno indica si procede. Se usan en la sesión 3, laboratorio 5.</w:t>
      </w:r>
    </w:p>
    <w:p>
      <w:r>
        <w:t>Cada reclamo se contrasta contra 03_politica_garantia.docx. El dato que resuelve el caso casi nunca es el que el cliente pone en primer plano.</w:t>
      </w:r>
    </w:p>
    <w:p>
      <w:pPr>
        <w:pStyle w:val="Heading1"/>
      </w:pPr>
      <w:r>
        <w:t>R-01 · Batería de moto fallada — compra de julio</w:t>
      </w:r>
    </w:p>
    <w:p>
      <w:r>
        <w:rPr>
          <w:i/>
          <w:color w:val="464646"/>
          <w:sz w:val="19"/>
        </w:rPr>
        <w:t>Correo a la sucursal de Vía España</w:t>
      </w:r>
    </w:p>
    <w:p>
      <w:r>
        <w:t>Buenos días. Les compramos una batería de moto el 14 de julio y ya no levanta carga. Tiene tres meses de uso, así que está dentro de la garantía de seis. La tenemos puesta en el montacargas chico del depósito, que es para lo que la necesitábamos, y hasta la semana pasada trabajó bien. Adjunto la factura. Necesito el reemplazo esta semana porque el equipo está parado.</w:t>
      </w:r>
    </w:p>
    <w:p>
      <w:pPr>
        <w:pStyle w:val="Heading1"/>
      </w:pPr>
      <w:r>
        <w:t>R-02 · Batería de auto que no arranca</w:t>
      </w:r>
    </w:p>
    <w:p>
      <w:r>
        <w:rPr>
          <w:i/>
          <w:color w:val="464646"/>
          <w:sz w:val="19"/>
        </w:rPr>
        <w:t>WhatsApp a la sucursal de Tocumen</w:t>
      </w:r>
    </w:p>
    <w:p>
      <w:r>
        <w:t>Buenas, compré una batería para mi carro el año pasado en noviembre y ya está fallando. Me dijeron que tenía garantía. La batería es de la línea normal, no la cara. ¿Me la cambian?</w:t>
      </w:r>
    </w:p>
    <w:p>
      <w:pPr>
        <w:pStyle w:val="Heading1"/>
      </w:pPr>
      <w:r>
        <w:t>R-03 · Seis baterías de la flota — garantía</w:t>
      </w:r>
    </w:p>
    <w:p>
      <w:r>
        <w:rPr>
          <w:i/>
          <w:color w:val="464646"/>
          <w:sz w:val="19"/>
        </w:rPr>
        <w:t>Correo del encargado de flota</w:t>
      </w:r>
    </w:p>
    <w:p>
      <w:r>
        <w:t>Estimados: de las doce baterías que nos instalaron en marzo, seis están presentando fallas. No tengo a mano las facturas porque el compañero que llevaba eso ya no está en la empresa, pero ustedes deben tener el registro de la compra. Les paso las placas de los vehículos. Quedo atento al cambio de las seis.</w:t>
      </w:r>
    </w:p>
    <w:p>
      <w:pPr>
        <w:pStyle w:val="Heading1"/>
      </w:pPr>
      <w:r>
        <w:t>R-04 · Quedó mal instalada</w:t>
      </w:r>
    </w:p>
    <w:p>
      <w:r>
        <w:rPr>
          <w:i/>
          <w:color w:val="464646"/>
          <w:sz w:val="19"/>
        </w:rPr>
        <w:t>Llamada registrada en la sucursal de David</w:t>
      </w:r>
    </w:p>
    <w:p>
      <w:r>
        <w:t>El cliente llama molesto. Dice que la batería se la instalaron a domicilio hace mes y medio y que desde entonces el carro hace un ruido raro al arrancar. No reclama la batería: dice que el problema es cómo quedaron los bornes. Pide que vayan a revisarla sin costo.</w:t>
      </w:r>
    </w:p>
    <w:p>
      <w:pPr>
        <w:pStyle w:val="Heading1"/>
      </w:pPr>
      <w:r>
        <w:t>R-05 · Reclamo batería con dos meses</w:t>
      </w:r>
    </w:p>
    <w:p>
      <w:r>
        <w:rPr>
          <w:i/>
          <w:color w:val="464646"/>
          <w:sz w:val="19"/>
        </w:rPr>
        <w:t>Correo a servicio al cliente</w:t>
      </w:r>
    </w:p>
    <w:p>
      <w:r>
        <w:t>Les escribo porque la batería que compré hace dos meses está derramando. Aclaro que el carro se me volcó en un accidente el mes pasado y la batería quedó golpeada, pero el taller me dijo que eso no debería hacer que derrame. Me parece que les vendieron un producto defectuoso. Espero su respuesta.</w:t>
      </w:r>
    </w:p>
    <w:sectPr w:rsidR="00FC693F" w:rsidRPr="0006063C" w:rsidSect="00034616">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Cinco reclamos de clientes</dc:title>
  <dc:subject>Material ficticio para capacitación en IA aplicada</dc:subject>
  <dc:creator>Rizo.ma</dc:creator>
  <cp:keywords/>
  <dc:description>generated by python-docx</dc:description>
  <cp:lastModifiedBy/>
  <cp:revision>1</cp:revision>
  <dcterms:created xsi:type="dcterms:W3CDTF">2013-12-23T23:15:00Z</dcterms:created>
  <dcterms:modified xsi:type="dcterms:W3CDTF">2013-12-23T23:15:00Z</dcterms:modified>
  <cp:category/>
</cp:coreProperties>
</file>