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Política de garantía baterías ejemplo didáctico</w:t>
      </w:r>
    </w:p>
    <w:p>
      <w:pPr>
        <w:spacing w:after="160"/>
        <w:ind w:left="317"/>
      </w:pPr>
      <w:r>
        <w:rPr>
          <w:i/>
          <w:color w:val="475569"/>
        </w:rPr>
        <w:t xml:space="preserve">Documento de práctica para el taller. Es un ejemplo ilustrativo con condiciones típicas del sector, </w:t>
      </w:r>
      <w:r>
        <w:rPr>
          <w:b/>
          <w:i/>
          <w:color w:val="475569"/>
        </w:rPr>
        <w:t>no el texto legal oficial de Casa de las Baterías</w:t>
      </w:r>
      <w:r>
        <w:rPr>
          <w:i/>
          <w:color w:val="475569"/>
        </w:rPr>
        <w:t xml:space="preserve"> — úsalo para practicar en los casos de atención de garantías del curso, no como referencia legal real.</w:t>
      </w:r>
    </w:p>
    <w:p>
      <w:pPr>
        <w:pStyle w:val="Heading1"/>
        <w:keepNext/>
      </w:pPr>
      <w:r>
        <w:t>Alcance</w:t>
      </w:r>
    </w:p>
    <w:p>
      <w:r>
        <w:t>Esta política cubre baterías automotrices y de moto vendidas en cualquiera de las sucursales de Casa de las Baterías en Panamá, El Salvador, Costa Rica y Guatemala.</w:t>
      </w:r>
    </w:p>
    <w:p>
      <w:pPr>
        <w:pStyle w:val="Heading1"/>
        <w:keepNext/>
      </w:pPr>
      <w:r>
        <w:t>Plazo de garantía</w:t>
      </w:r>
    </w:p>
    <w:p>
      <w:pPr>
        <w:pStyle w:val="ListBullet"/>
        <w:spacing w:after="60"/>
      </w:pPr>
      <w:r>
        <w:rPr>
          <w:b/>
        </w:rPr>
        <w:t>Batería automotriz línea estándar:</w:t>
      </w:r>
      <w:r>
        <w:t xml:space="preserve"> 12 meses desde la fecha de compra, prorrateado a partir del mes 7 (se reconoce un porcentaje decreciente del valor, no el reemplazo completo).</w:t>
      </w:r>
    </w:p>
    <w:p>
      <w:pPr>
        <w:pStyle w:val="ListBullet"/>
        <w:spacing w:after="60"/>
      </w:pPr>
      <w:r>
        <w:rPr>
          <w:b/>
        </w:rPr>
        <w:t>Batería automotriz línea premium:</w:t>
      </w:r>
      <w:r>
        <w:t xml:space="preserve"> 18 meses desde la fecha de compra, prorrateado a partir del mes 12.</w:t>
      </w:r>
    </w:p>
    <w:p>
      <w:pPr>
        <w:pStyle w:val="ListBullet"/>
        <w:spacing w:after="60"/>
      </w:pPr>
      <w:r>
        <w:rPr>
          <w:b/>
        </w:rPr>
        <w:t>Batería de moto:</w:t>
      </w:r>
      <w:r>
        <w:t xml:space="preserve"> 6 meses desde la fecha de compra, sin prorrateo.</w:t>
      </w:r>
    </w:p>
    <w:p>
      <w:pPr>
        <w:pStyle w:val="ListBullet"/>
        <w:spacing w:after="60"/>
      </w:pPr>
      <w:r>
        <w:rPr>
          <w:b/>
        </w:rPr>
        <w:t>Instalación realizada en sucursal o a domicilio:</w:t>
      </w:r>
      <w:r>
        <w:t xml:space="preserve"> 30 días sobre el trabajo de instalación (mano de obra), independiente de la garantía del producto.</w:t>
      </w:r>
    </w:p>
    <w:p>
      <w:pPr>
        <w:pStyle w:val="Heading1"/>
        <w:keepNext/>
      </w:pPr>
      <w:r>
        <w:t>Requisitos para hacer válida la garantía</w:t>
      </w:r>
    </w:p>
    <w:p>
      <w:pPr>
        <w:pStyle w:val="ListNumber"/>
        <w:spacing w:after="60"/>
      </w:pPr>
      <w:r>
        <w:t>Presentar el comprobante de compra original (factura o recibo digital) con fecha y número de sucursal.</w:t>
      </w:r>
    </w:p>
    <w:p>
      <w:pPr>
        <w:pStyle w:val="ListNumber"/>
        <w:spacing w:after="60"/>
      </w:pPr>
      <w:r>
        <w:t>La batería debe conservar su código de serie legible.</w:t>
      </w:r>
    </w:p>
    <w:p>
      <w:pPr>
        <w:pStyle w:val="ListNumber"/>
        <w:spacing w:after="60"/>
      </w:pPr>
      <w:r>
        <w:t>El reclamo debe hacerse en cualquier sucursal de Casa de las Baterías, no requiere volver a la sucursal de compra original.</w:t>
      </w:r>
    </w:p>
    <w:p>
      <w:pPr>
        <w:pStyle w:val="ListNumber"/>
        <w:spacing w:after="60"/>
      </w:pPr>
      <w:r>
        <w:t>Antes de reconocer la garantía, la sucursal realiza un chequeo técnico gratuito para determinar la causa de la falla.</w:t>
      </w:r>
    </w:p>
    <w:p>
      <w:pPr>
        <w:pStyle w:val="Heading1"/>
        <w:keepNext/>
      </w:pPr>
      <w:r>
        <w:t>Causales de anulación exclusiones</w:t>
      </w:r>
    </w:p>
    <w:p>
      <w:r>
        <w:t xml:space="preserve">La garantía </w:t>
      </w:r>
      <w:r>
        <w:rPr>
          <w:b/>
        </w:rPr>
        <w:t>no aplica</w:t>
      </w:r>
      <w:r>
        <w:t xml:space="preserve"> cuando la falla se debe a:</w:t>
      </w:r>
    </w:p>
    <w:p>
      <w:pPr>
        <w:pStyle w:val="ListBullet"/>
        <w:spacing w:after="60"/>
      </w:pPr>
      <w:r>
        <w:t>Sulfatación por descarga profunda repetida o por dejar la batería sin uso por más de 60 días sin mantenimiento.</w:t>
      </w:r>
    </w:p>
    <w:p>
      <w:pPr>
        <w:pStyle w:val="ListBullet"/>
        <w:spacing w:after="60"/>
      </w:pPr>
      <w:r>
        <w:t>Daño físico visible: golpes, fisuras en la carcasa, derrame por manipulación indebida.</w:t>
      </w:r>
    </w:p>
    <w:p>
      <w:pPr>
        <w:pStyle w:val="ListBullet"/>
        <w:spacing w:after="60"/>
      </w:pPr>
      <w:r>
        <w:t>Instalación realizada por un tercero no autorizado que haya alterado bornes o conexiones.</w:t>
      </w:r>
    </w:p>
    <w:p>
      <w:pPr>
        <w:pStyle w:val="ListBullet"/>
        <w:spacing w:after="60"/>
      </w:pPr>
      <w:r>
        <w:t>Uso en un vehículo o equipo distinto al declarado al momento de la compra (ej. batería de moto instalada en un vehículo industrial).</w:t>
      </w:r>
    </w:p>
    <w:p>
      <w:pPr>
        <w:pStyle w:val="ListBullet"/>
        <w:spacing w:after="60"/>
      </w:pPr>
      <w:r>
        <w:t>Falla eléctrica del vehículo (alternador, regulador de voltaje) no atribuible a la batería — se debe presentar diagnóstico de un taller.</w:t>
      </w:r>
    </w:p>
    <w:p>
      <w:pPr>
        <w:pStyle w:val="Heading1"/>
        <w:keepNext/>
      </w:pPr>
      <w:r>
        <w:t>Qué SÍ cubre la garantía cuando procede</w:t>
      </w:r>
    </w:p>
    <w:p>
      <w:pPr>
        <w:pStyle w:val="ListBullet"/>
        <w:spacing w:after="60"/>
      </w:pPr>
      <w:r>
        <w:t>Reemplazo de la unidad si el chequeo técnico confirma falla de fábrica dentro del plazo vigente.</w:t>
      </w:r>
    </w:p>
    <w:p>
      <w:pPr>
        <w:pStyle w:val="ListBullet"/>
        <w:spacing w:after="60"/>
      </w:pPr>
      <w:r>
        <w:t>Para baterías prorrateadas: un descuento proporcional sobre una unidad nueva equivalente, según los meses de uso restantes.</w:t>
      </w:r>
    </w:p>
    <w:p>
      <w:pPr>
        <w:pStyle w:val="ListBullet"/>
        <w:spacing w:after="60"/>
      </w:pPr>
      <w:r>
        <w:t>El chequeo de batería es gratuito siempre, aplique o no la garantía.</w:t>
      </w:r>
    </w:p>
    <w:p>
      <w:pPr>
        <w:pStyle w:val="Heading1"/>
        <w:keepNext/>
      </w:pPr>
      <w:r>
        <w:t>Proceso para el cliente</w:t>
      </w:r>
    </w:p>
    <w:p>
      <w:pPr>
        <w:pStyle w:val="ListNumber"/>
        <w:spacing w:after="60"/>
      </w:pPr>
      <w:r>
        <w:t>Lleva la batería y el comprobante de compra a cualquier sucursal.</w:t>
      </w:r>
    </w:p>
    <w:p>
      <w:pPr>
        <w:pStyle w:val="ListNumber"/>
        <w:spacing w:after="60"/>
      </w:pPr>
      <w:r>
        <w:t>El equipo técnico hace el chequeo gratuito en el momento (10–15 minutos aprox.).</w:t>
      </w:r>
    </w:p>
    <w:p>
      <w:pPr>
        <w:pStyle w:val="ListNumber"/>
        <w:spacing w:after="60"/>
      </w:pPr>
      <w:r>
        <w:t>Si procede la garantía, se reemplaza o se aplica el descuento prorrateado en el momento.</w:t>
      </w:r>
    </w:p>
    <w:p>
      <w:pPr>
        <w:pStyle w:val="ListNumber"/>
        <w:spacing w:after="60"/>
      </w:pPr>
      <w:r>
        <w:t>Si no procede, se explica la causa técnica encontrada y se ofrece una alternativa (descuento de reemplazo, plan de pago, u otra solución comercial).</w:t>
      </w:r>
    </w:p>
    <w:p>
      <w:pPr>
        <w:pStyle w:val="Heading1"/>
        <w:keepNext/>
      </w:pPr>
      <w:r>
        <w:t>Nota para el equipo</w:t>
      </w:r>
    </w:p>
    <w:p>
      <w:r>
        <w:t>La causa más frecuente de quejas no es que la garantía se niegue —es que el cliente no entiende POR QUÉ, o siente que el proceso es lento y burocrático. Toda respuesta debe explicar la causa técnica en lenguaje simple y ofrecer una alternativa, nunca cerrar la conversación solo con "no aplica".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